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כללי הזהירות הבסיסיים בחציית כביש וברמזור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סוגי תמרורים ומשמעותם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גורמים המשפיעים על בטיחות הולכי רגל ונוסעים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להביט לשני הכיוונים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כדי שנהגים יראו אותנו טוב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לדרוש עצירה מלאה לפני המשך נסיעה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אם נראה בטוח, חייבים לחכות לרמזור ירוק.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היא מונעת מהגוף להיזרק קדימה.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תשומת הלב מוסחת וזה מגביר את הסיכון.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הצורה המשולשת מציינת אזהרה מפני סכנה.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מרחק העצירה כולל גם זמן תגובה וגם זמן בלימה.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כיוונים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בטיחות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בהירים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תמרורים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(אזהרה מפני סכנה)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(הוראה חובה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(מידע או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(איסור לבצע פעולה)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(מותר לחצות בזהירות)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החציה הבטוחה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לעצור ליד המדרכה לפני 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להביט ימינה ושמאלה ושוב ימינה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לוודא שאין רכבים מתקרבים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לחצות במעבר חציה מסומן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להמשיך להביט לצדדים גם בזמן החציה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- יוצרים קמפיין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סיסמה קצרה וברורה, שני צעדים מעשיים כגון חציה במעבר חציה ולבישת בגדים בהירים, קשר לתוכן שנלמד בדף.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הביטה לשני הכיוונים וחציה במעבר מסומן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אזהרה מתריעה מפני סכנה, איסור מונע פעולה מסוימת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מגינה מפני פגיעה בעצירה פתאומית או תאונה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הדגמה בכיתה של חציית כביש מדומה לפני פתרון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אמיתיות מהסביבה הקרובה של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לקצר את הדף לתלמידים המתקשים על ידי השמטת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🚦 שומרי הדרך – זהירות בדרכים לכל הגילים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זהירות בדרכים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עקרונות הזהירות בדרכים שמככבים במשחקים השונים באתר – חציה בטוחה, רמזורים, תמרורים ובטיחות נוסעים.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צבע ברמזור מותר להולכי רגל לחצות?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הדבר הראשון שצריך לעשות לפני חציית כביש?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להביט לשני הכיוונים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בטלפון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לקפוץ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ללבוש בגדים בהירים או מחזירי אור בערב?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להיות אופנתיים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שנהגים יראו אותנו טוב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להתחמם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להתבלט במסיבה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למרחק העצירה של רכב כשהמהירות 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התפקיד של תמרור "עצור"?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להזהיר מפני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לדרוש עצירה מלאה לפני המשך נסיעה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להראות מקום חניה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לציין מעבר חציה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לחצות כביש כשהרמזור להולכי רגל אדום, אם אין מכוניות בשטח.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חגורת בטיחות מגינה על הנוסעים במקרה של עצירה פתאומית או תאונה.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לחצות כביש תוך כדי שימוש בטלפון הנייד בלי בעיה.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תמרורים משולשים עם שפה אדומה הם בדרך כלל תמרורי אזהרה.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מרחק העצירה כולל רק את זמן הבלימה עצמו, בלי זמן התגובה של הנהג.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חציית כביש צריך להביט לשני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תמרור בצורת עיגול עם קו אלכסוני אדום מציין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ילד מתחת לגובה מסוים חייב לשבת במושב __________ ברכב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כשחושך בחוץ כדאי ללבוש בגדים __________ כדי שנהגים יראו אותנו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תמרורים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תמרור משולש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הוראה חובה לבצע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תמרור עיגול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מותר לחצות בזהירות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תמרור מלבני כחול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איסור לבצע פעולה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תמרור עיגול עם קו אדום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אזהרה מפני סכנה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רמזור ירוק להולכי רגל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מידע או הכוונה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החציה הבטוחה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שאין רכבים מתקרבים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ליד המדרכה לפני הכביש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להמשיך להביט לצדדים גם בזמן החציה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להביט ימינה ושמאלה ושוב ימינה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לחצות במעבר חציה מסומן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- יוצרים קמפיין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תכננו רעיון לקמפיין קצר שמעודד הולכי רגל להיזהר בדרך לבית הספר. כתבו סיסמה אחת ושני צעדים מעשיים.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לפני חציית כביש?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תמרור אזהרה לתמרור איסור?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חגורת בטיחות חשובה גם בנסיעה קצרה?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זהירות בדרכים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