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הזהירות הבסיסיים בחציית 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תמרורים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הולכי רגל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להביט לשני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שנהגים יראו אותנו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לדרוש עצירה מלאה לפני המשך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אם נראה בטוח, חייבים לחכות לרמזור ירוק.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מונעת מהגוף להיזרק קדימה.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תשומת הלב מוסחת וזה מגביר את הסיכון.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הצורה המשולשת מציינת אזהרה מפני 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מרחק העצירה כולל גם זמן תגובה וגם זמן בלימה.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(הוראה חובה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(מידע או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לבצע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(מותר לחצות 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ליד המדרכה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יוצרים 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סיסמה קצרה וברורה, שני צעדים מעשיים כגון חציה במעבר חציה ולבישת בגדים בהירים, קשר לתוכן שנלמד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הביטה לשני הכיוונים וחציה במעבר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אזהרה מתריעה מפני סכנה, איסור מונע פעולה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מגינה מפני פגיעה בעצירה פתאומית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הדגמה בכיתה של חציית כביש מדומה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חוקים חשובים בדרך: איך חוצים כביש בבטחה, מה אומר הרמזור ומה אומרים תמרורים.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 אדום, צהוב וירוק שמנהל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הולכי רגל חוצים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אזהרה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משולש שמזהיר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בכביש או במדרכה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שרכב עובר מרגע הסכנה ועד שהוא עוצר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שמגינה על נוסע ברכב בעת בלימה או תאונה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נראות בלילה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נהגים לראות הולכי רגל בחושך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 איסור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עגול עם קו אדום שאוסר פעולה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מותר לחצות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לפני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לשני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לובשים בגדים בהירים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להיות אופנתיים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שנהגים יראו אותנו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להתבלט במסיבה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למרחק העצירה כשנוסעים מהר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להזהיר מפני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לדרוש עצירה מלאה לפני המשך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מקום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מעבר חציה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להולכי רגל אדום,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מגינה על הנוסעים במקרה של עצירה פתאומית או תאונה.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שימוש בטלפון הנייד בלי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תמרורים משולשים עם שפה אדומה הם בדרך כלל תמרורי אזהרה.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כולל רק את זמן הבלימה עצמו, בלי זמן התגובה של הנהג.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חציית כביש צריך להביט לשני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בצורת עיגול עם קו אלכסוני אדום מציין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מתחת לגובה מסוים חייב לשבת במושב __________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כשחושך בחוץ כדאי ללבוש בגדים __________ כדי שנהגים יראו אותנו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מותר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תמרור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מידע או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תמרור מלבני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לבצע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הוראה חובה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ירוק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אזהרה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ליד המדרכה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במעבר חציה מסומן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יוצרים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רעיון לקמפיין קצר שמעודד הולכי רגל להיזהר בדרך לבית הספר. כתבו סיסמה אחת ושני צעדים מעשיים.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אזהרה לתמרור איסור?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חגורת בטיחות חשובה גם בנסיעה 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